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ADB2D" w14:textId="197FBD61" w:rsidR="00EF2148" w:rsidRPr="009F61D6" w:rsidRDefault="00760EF8">
      <w:pPr>
        <w:spacing w:before="100" w:after="20"/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b/>
          <w:color w:val="auto"/>
          <w:sz w:val="16"/>
          <w:lang w:val="it-IT"/>
        </w:rPr>
        <w:t>ALLEGATO A | DA ALLEGARE ALLA DOMANDA</w:t>
      </w:r>
    </w:p>
    <w:p w14:paraId="3B870638" w14:textId="77777777" w:rsidR="00EF2148" w:rsidRPr="009F61D6" w:rsidRDefault="00760EF8">
      <w:pPr>
        <w:pStyle w:val="Titolo"/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>Programma delle attività 2027</w:t>
      </w:r>
    </w:p>
    <w:p w14:paraId="46066704" w14:textId="77777777" w:rsidR="00EF2148" w:rsidRPr="009F61D6" w:rsidRDefault="00760EF8">
      <w:pPr>
        <w:spacing w:after="220"/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>Una scheda unica per tutte le iniziative previste nel 2027. Non è necessario compilare un prospetto per ogni evento.</w:t>
      </w:r>
    </w:p>
    <w:tbl>
      <w:tblPr>
        <w:tblW w:w="10053" w:type="dxa"/>
        <w:tblLook w:val="04A0" w:firstRow="1" w:lastRow="0" w:firstColumn="1" w:lastColumn="0" w:noHBand="0" w:noVBand="1"/>
      </w:tblPr>
      <w:tblGrid>
        <w:gridCol w:w="10053"/>
      </w:tblGrid>
      <w:tr w:rsidR="00EF2148" w:rsidRPr="009F61D6" w14:paraId="79DFCEC8" w14:textId="77777777" w:rsidTr="009F61D6">
        <w:tc>
          <w:tcPr>
            <w:tcW w:w="10053" w:type="dxa"/>
            <w:shd w:val="clear" w:color="auto" w:fill="EAF2F5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EAACF4E" w14:textId="38856384" w:rsidR="00EF2148" w:rsidRPr="009F61D6" w:rsidRDefault="00760EF8">
            <w:pPr>
              <w:spacing w:after="2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b/>
                <w:color w:val="auto"/>
                <w:sz w:val="17"/>
                <w:lang w:val="it-IT"/>
              </w:rPr>
              <w:t>COME COMPILARLA</w:t>
            </w:r>
            <w:r w:rsidR="009F61D6">
              <w:rPr>
                <w:rFonts w:ascii="Times New Roman" w:hAnsi="Times New Roman" w:cs="Times New Roman"/>
                <w:b/>
                <w:color w:val="auto"/>
                <w:sz w:val="17"/>
                <w:lang w:val="it-IT"/>
              </w:rPr>
              <w:t xml:space="preserve">: </w:t>
            </w:r>
            <w:r w:rsidRPr="009F61D6">
              <w:rPr>
                <w:rFonts w:ascii="Times New Roman" w:hAnsi="Times New Roman" w:cs="Times New Roman"/>
                <w:color w:val="auto"/>
                <w:sz w:val="17"/>
                <w:lang w:val="it-IT"/>
              </w:rPr>
              <w:t xml:space="preserve">Descrivete brevemente ciò </w:t>
            </w:r>
            <w:r w:rsidR="009F61D6">
              <w:rPr>
                <w:rFonts w:ascii="Times New Roman" w:hAnsi="Times New Roman" w:cs="Times New Roman"/>
                <w:color w:val="auto"/>
                <w:sz w:val="17"/>
                <w:lang w:val="it-IT"/>
              </w:rPr>
              <w:t>che si intende</w:t>
            </w:r>
            <w:r w:rsidRPr="009F61D6">
              <w:rPr>
                <w:rFonts w:ascii="Times New Roman" w:hAnsi="Times New Roman" w:cs="Times New Roman"/>
                <w:color w:val="auto"/>
                <w:sz w:val="17"/>
                <w:lang w:val="it-IT"/>
              </w:rPr>
              <w:t xml:space="preserve"> organizzare per i cittadini di Ornago nel 2027.</w:t>
            </w:r>
          </w:p>
        </w:tc>
      </w:tr>
    </w:tbl>
    <w:p w14:paraId="1A0CBAC8" w14:textId="12CBE766" w:rsidR="00EF2148" w:rsidRPr="009F61D6" w:rsidRDefault="00760EF8">
      <w:pPr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 xml:space="preserve">Associazione / </w:t>
      </w:r>
      <w:proofErr w:type="gramStart"/>
      <w:r w:rsidRPr="009F61D6">
        <w:rPr>
          <w:rFonts w:ascii="Times New Roman" w:hAnsi="Times New Roman" w:cs="Times New Roman"/>
          <w:color w:val="auto"/>
          <w:lang w:val="it-IT"/>
        </w:rPr>
        <w:t>Comitato  _</w:t>
      </w:r>
      <w:proofErr w:type="gramEnd"/>
      <w:r w:rsidRPr="009F61D6">
        <w:rPr>
          <w:rFonts w:ascii="Times New Roman" w:hAnsi="Times New Roman" w:cs="Times New Roman"/>
          <w:color w:val="auto"/>
          <w:lang w:val="it-IT"/>
        </w:rPr>
        <w:t>_________________________________________</w:t>
      </w:r>
      <w:r w:rsidR="009F61D6">
        <w:rPr>
          <w:rFonts w:ascii="Times New Roman" w:hAnsi="Times New Roman" w:cs="Times New Roman"/>
          <w:color w:val="auto"/>
          <w:lang w:val="it-IT"/>
        </w:rPr>
        <w:t>___________________________________________</w:t>
      </w:r>
    </w:p>
    <w:p w14:paraId="75664253" w14:textId="7733C723" w:rsidR="00EF2148" w:rsidRPr="009F61D6" w:rsidRDefault="00760EF8">
      <w:pPr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 xml:space="preserve">Codice fiscale </w:t>
      </w:r>
      <w:proofErr w:type="gramStart"/>
      <w:r w:rsidRPr="009F61D6">
        <w:rPr>
          <w:rFonts w:ascii="Times New Roman" w:hAnsi="Times New Roman" w:cs="Times New Roman"/>
          <w:color w:val="auto"/>
          <w:lang w:val="it-IT"/>
        </w:rPr>
        <w:t>dell’ente  _</w:t>
      </w:r>
      <w:proofErr w:type="gramEnd"/>
      <w:r w:rsidRPr="009F61D6">
        <w:rPr>
          <w:rFonts w:ascii="Times New Roman" w:hAnsi="Times New Roman" w:cs="Times New Roman"/>
          <w:color w:val="auto"/>
          <w:lang w:val="it-IT"/>
        </w:rPr>
        <w:t>_________________________________________</w:t>
      </w:r>
      <w:r w:rsidR="009F61D6">
        <w:rPr>
          <w:rFonts w:ascii="Times New Roman" w:hAnsi="Times New Roman" w:cs="Times New Roman"/>
          <w:color w:val="auto"/>
          <w:lang w:val="it-IT"/>
        </w:rPr>
        <w:t>____________________________________________</w:t>
      </w:r>
    </w:p>
    <w:p w14:paraId="6F0B68C7" w14:textId="503DF798" w:rsidR="00EF2148" w:rsidRPr="009F61D6" w:rsidRDefault="00760EF8">
      <w:pPr>
        <w:pStyle w:val="Titolo1"/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 xml:space="preserve">1. Attività </w:t>
      </w:r>
      <w:r w:rsidR="009F61D6" w:rsidRPr="009F61D6">
        <w:rPr>
          <w:rFonts w:ascii="Times New Roman" w:hAnsi="Times New Roman" w:cs="Times New Roman"/>
          <w:color w:val="auto"/>
          <w:lang w:val="it-IT"/>
        </w:rPr>
        <w:t>da</w:t>
      </w:r>
      <w:r w:rsidRPr="009F61D6">
        <w:rPr>
          <w:rFonts w:ascii="Times New Roman" w:hAnsi="Times New Roman" w:cs="Times New Roman"/>
          <w:color w:val="auto"/>
          <w:lang w:val="it-IT"/>
        </w:rPr>
        <w:t xml:space="preserve"> realizzare nel 2027</w:t>
      </w:r>
    </w:p>
    <w:p w14:paraId="24C0F44B" w14:textId="69C375A2" w:rsidR="003E7AF3" w:rsidRPr="009F61D6" w:rsidRDefault="00760EF8">
      <w:pPr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>Per ogni iniziativa indicate il nome, il periodo previsto, a chi è rivolta</w:t>
      </w:r>
      <w:r w:rsidR="009F61D6" w:rsidRPr="009F61D6">
        <w:rPr>
          <w:rFonts w:ascii="Times New Roman" w:hAnsi="Times New Roman" w:cs="Times New Roman"/>
          <w:color w:val="auto"/>
          <w:lang w:val="it-IT"/>
        </w:rPr>
        <w:t xml:space="preserve"> ed il costo presunto per l’organizzazione dell’evento</w:t>
      </w:r>
      <w:r w:rsidRPr="009F61D6">
        <w:rPr>
          <w:rFonts w:ascii="Times New Roman" w:hAnsi="Times New Roman" w:cs="Times New Roman"/>
          <w:color w:val="auto"/>
          <w:lang w:val="it-IT"/>
        </w:rPr>
        <w:t>.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3130"/>
        <w:gridCol w:w="1558"/>
        <w:gridCol w:w="1641"/>
        <w:gridCol w:w="3373"/>
      </w:tblGrid>
      <w:tr w:rsidR="003E7AF3" w:rsidRPr="009F61D6" w14:paraId="0E5DD4F2" w14:textId="74E53E36" w:rsidTr="003E7AF3">
        <w:trPr>
          <w:tblHeader/>
          <w:jc w:val="center"/>
        </w:trPr>
        <w:tc>
          <w:tcPr>
            <w:tcW w:w="5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8744D70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N.</w:t>
            </w:r>
          </w:p>
        </w:tc>
        <w:tc>
          <w:tcPr>
            <w:tcW w:w="3130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0CB86C5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Attività / breve descrizione</w:t>
            </w:r>
          </w:p>
        </w:tc>
        <w:tc>
          <w:tcPr>
            <w:tcW w:w="155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AFE1F8A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Quando e dove (indicativi)</w:t>
            </w:r>
          </w:p>
        </w:tc>
        <w:tc>
          <w:tcPr>
            <w:tcW w:w="164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20CC13C" w14:textId="3FA3C1B1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A chi è rivolta</w:t>
            </w:r>
          </w:p>
        </w:tc>
        <w:tc>
          <w:tcPr>
            <w:tcW w:w="337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</w:tcPr>
          <w:p w14:paraId="19908D43" w14:textId="13E8C603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</w:pPr>
            <w:r w:rsidRPr="009F61D6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Costo presunto per l’organizzazione dell’evento</w:t>
            </w:r>
            <w:r w:rsidR="009F61D6" w:rsidRPr="009F61D6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, comprensivo di IVA</w:t>
            </w:r>
          </w:p>
        </w:tc>
      </w:tr>
      <w:tr w:rsidR="003E7AF3" w:rsidRPr="009F61D6" w14:paraId="32D3765B" w14:textId="59880FB1" w:rsidTr="003E7AF3">
        <w:trPr>
          <w:jc w:val="center"/>
        </w:trPr>
        <w:tc>
          <w:tcPr>
            <w:tcW w:w="5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BEF998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1</w:t>
            </w:r>
          </w:p>
        </w:tc>
        <w:tc>
          <w:tcPr>
            <w:tcW w:w="3130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97A001A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5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862D503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64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292BFC3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337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</w:tcPr>
          <w:p w14:paraId="53CED6A9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lang w:val="it-IT"/>
              </w:rPr>
            </w:pPr>
          </w:p>
        </w:tc>
      </w:tr>
      <w:tr w:rsidR="003E7AF3" w:rsidRPr="009F61D6" w14:paraId="47F7BCE6" w14:textId="410DF7AC" w:rsidTr="003E7AF3">
        <w:trPr>
          <w:jc w:val="center"/>
        </w:trPr>
        <w:tc>
          <w:tcPr>
            <w:tcW w:w="5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7044B7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2</w:t>
            </w:r>
          </w:p>
        </w:tc>
        <w:tc>
          <w:tcPr>
            <w:tcW w:w="3130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092181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5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C5749F9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64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BDB5E4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337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</w:tcPr>
          <w:p w14:paraId="4FE35900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lang w:val="it-IT"/>
              </w:rPr>
            </w:pPr>
          </w:p>
        </w:tc>
      </w:tr>
      <w:tr w:rsidR="003E7AF3" w:rsidRPr="009F61D6" w14:paraId="2164F443" w14:textId="5FDA34D5" w:rsidTr="003E7AF3">
        <w:trPr>
          <w:jc w:val="center"/>
        </w:trPr>
        <w:tc>
          <w:tcPr>
            <w:tcW w:w="5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16B1EE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3</w:t>
            </w:r>
          </w:p>
        </w:tc>
        <w:tc>
          <w:tcPr>
            <w:tcW w:w="3130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FB499EE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5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820837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64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820E22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337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</w:tcPr>
          <w:p w14:paraId="5129B56E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lang w:val="it-IT"/>
              </w:rPr>
            </w:pPr>
          </w:p>
        </w:tc>
      </w:tr>
      <w:tr w:rsidR="003E7AF3" w:rsidRPr="009F61D6" w14:paraId="41F50141" w14:textId="482225EF" w:rsidTr="003E7AF3">
        <w:trPr>
          <w:jc w:val="center"/>
        </w:trPr>
        <w:tc>
          <w:tcPr>
            <w:tcW w:w="5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FB73E0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4</w:t>
            </w:r>
          </w:p>
        </w:tc>
        <w:tc>
          <w:tcPr>
            <w:tcW w:w="3130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99216F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5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AA456A0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64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9BED8C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337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</w:tcPr>
          <w:p w14:paraId="61162E05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lang w:val="it-IT"/>
              </w:rPr>
            </w:pPr>
          </w:p>
        </w:tc>
      </w:tr>
      <w:tr w:rsidR="003E7AF3" w:rsidRPr="009F61D6" w14:paraId="7B248214" w14:textId="2AF05ABF" w:rsidTr="003E7AF3">
        <w:trPr>
          <w:jc w:val="center"/>
        </w:trPr>
        <w:tc>
          <w:tcPr>
            <w:tcW w:w="5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3DFBF1" w14:textId="77777777" w:rsidR="003E7AF3" w:rsidRPr="009F61D6" w:rsidRDefault="003E7AF3" w:rsidP="003E7AF3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5</w:t>
            </w:r>
          </w:p>
        </w:tc>
        <w:tc>
          <w:tcPr>
            <w:tcW w:w="3130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7F74AE1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5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5007D2C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64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CEB5E3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  <w:r w:rsidRPr="009F61D6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337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</w:tcPr>
          <w:p w14:paraId="61D61E90" w14:textId="77777777" w:rsidR="003E7AF3" w:rsidRPr="009F61D6" w:rsidRDefault="003E7AF3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lang w:val="it-IT"/>
              </w:rPr>
            </w:pPr>
          </w:p>
        </w:tc>
      </w:tr>
    </w:tbl>
    <w:p w14:paraId="63667744" w14:textId="77777777" w:rsidR="009F61D6" w:rsidRPr="009F61D6" w:rsidRDefault="009F61D6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429F3772" w14:textId="10172801" w:rsidR="00EF2148" w:rsidRPr="009F61D6" w:rsidRDefault="00760EF8">
      <w:pPr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sz w:val="16"/>
          <w:lang w:val="it-IT"/>
        </w:rPr>
        <w:t>Se le iniziative sono più di cinque, aggiungere una pagina oppure un elenco con le stesse informazioni.</w:t>
      </w:r>
    </w:p>
    <w:p w14:paraId="711EE5C1" w14:textId="77777777" w:rsidR="00EF2148" w:rsidRPr="009F61D6" w:rsidRDefault="00760EF8">
      <w:pPr>
        <w:pStyle w:val="Titolo1"/>
        <w:rPr>
          <w:rFonts w:ascii="Times New Roman" w:hAnsi="Times New Roman" w:cs="Times New Roman"/>
          <w:color w:val="auto"/>
          <w:lang w:val="it-IT"/>
        </w:rPr>
      </w:pPr>
      <w:r w:rsidRPr="009F61D6">
        <w:rPr>
          <w:rFonts w:ascii="Times New Roman" w:hAnsi="Times New Roman" w:cs="Times New Roman"/>
          <w:color w:val="auto"/>
          <w:lang w:val="it-IT"/>
        </w:rPr>
        <w:t>2. Informazioni utili</w:t>
      </w:r>
    </w:p>
    <w:p w14:paraId="4961190B" w14:textId="51B2BE7F" w:rsidR="00EF2148" w:rsidRPr="00134B4F" w:rsidRDefault="00760EF8" w:rsidP="00134B4F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color w:val="auto"/>
          <w:lang w:val="it-IT"/>
        </w:rPr>
      </w:pPr>
      <w:r w:rsidRPr="00134B4F">
        <w:rPr>
          <w:rFonts w:ascii="Times New Roman" w:hAnsi="Times New Roman" w:cs="Times New Roman"/>
          <w:color w:val="auto"/>
          <w:lang w:val="it-IT"/>
        </w:rPr>
        <w:t>Le attività saranno prevalentemente: □ gratuite     □ a pagamento / con quota di partecipazione     □ entrambe</w:t>
      </w:r>
    </w:p>
    <w:p w14:paraId="2D0AA59F" w14:textId="7AE5A803" w:rsidR="00EF2148" w:rsidRPr="00134B4F" w:rsidRDefault="00760EF8" w:rsidP="00134B4F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color w:val="auto"/>
          <w:lang w:val="it-IT"/>
        </w:rPr>
      </w:pPr>
      <w:r w:rsidRPr="00134B4F">
        <w:rPr>
          <w:rFonts w:ascii="Times New Roman" w:hAnsi="Times New Roman" w:cs="Times New Roman"/>
          <w:color w:val="auto"/>
          <w:lang w:val="it-IT"/>
        </w:rPr>
        <w:t>Eventuali collaborazioni con altre associazioni, scuole o soggetti del territorio:</w:t>
      </w:r>
    </w:p>
    <w:p w14:paraId="6E692734" w14:textId="77777777" w:rsidR="009F61D6" w:rsidRDefault="009F61D6" w:rsidP="009F61D6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lang w:val="it-IT"/>
        </w:rPr>
      </w:pPr>
    </w:p>
    <w:p w14:paraId="040F5B3D" w14:textId="77777777" w:rsidR="009F61D6" w:rsidRDefault="009F61D6" w:rsidP="009F61D6">
      <w:pPr>
        <w:rPr>
          <w:rFonts w:ascii="Times New Roman" w:hAnsi="Times New Roman" w:cs="Times New Roman"/>
          <w:color w:val="auto"/>
          <w:lang w:val="it-IT"/>
        </w:rPr>
      </w:pPr>
    </w:p>
    <w:p w14:paraId="18928B8A" w14:textId="77777777" w:rsidR="009F61D6" w:rsidRDefault="009F61D6" w:rsidP="009F61D6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lang w:val="it-IT"/>
        </w:rPr>
      </w:pPr>
    </w:p>
    <w:p w14:paraId="23F81B99" w14:textId="77777777" w:rsidR="00134B4F" w:rsidRDefault="00134B4F" w:rsidP="00134B4F">
      <w:pPr>
        <w:pStyle w:val="Paragrafoelenco"/>
        <w:rPr>
          <w:rFonts w:ascii="Times New Roman" w:hAnsi="Times New Roman" w:cs="Times New Roman"/>
          <w:color w:val="auto"/>
          <w:lang w:val="it-IT"/>
        </w:rPr>
      </w:pPr>
    </w:p>
    <w:p w14:paraId="12D18134" w14:textId="4F9F0E65" w:rsidR="00EF2148" w:rsidRPr="00134B4F" w:rsidRDefault="009F61D6" w:rsidP="00134B4F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color w:val="auto"/>
          <w:lang w:val="it-IT"/>
        </w:rPr>
      </w:pPr>
      <w:r w:rsidRPr="00134B4F">
        <w:rPr>
          <w:rFonts w:ascii="Times New Roman" w:hAnsi="Times New Roman" w:cs="Times New Roman"/>
          <w:color w:val="auto"/>
          <w:lang w:val="it-IT"/>
        </w:rPr>
        <w:t xml:space="preserve">Ricaduta </w:t>
      </w:r>
      <w:r w:rsidR="00760EF8" w:rsidRPr="00134B4F">
        <w:rPr>
          <w:rFonts w:ascii="Times New Roman" w:hAnsi="Times New Roman" w:cs="Times New Roman"/>
          <w:color w:val="auto"/>
          <w:lang w:val="it-IT"/>
        </w:rPr>
        <w:t xml:space="preserve">del programma 2027 </w:t>
      </w:r>
      <w:r w:rsidRPr="00134B4F">
        <w:rPr>
          <w:rFonts w:ascii="Times New Roman" w:hAnsi="Times New Roman" w:cs="Times New Roman"/>
          <w:color w:val="auto"/>
          <w:lang w:val="it-IT"/>
        </w:rPr>
        <w:t>sulla Comunità di Ornago</w:t>
      </w:r>
      <w:r w:rsidR="00134B4F" w:rsidRPr="00134B4F">
        <w:rPr>
          <w:rFonts w:ascii="Times New Roman" w:hAnsi="Times New Roman" w:cs="Times New Roman"/>
          <w:color w:val="auto"/>
          <w:lang w:val="it-IT"/>
        </w:rPr>
        <w:t xml:space="preserve"> </w:t>
      </w:r>
      <w:r w:rsidR="00760EF8" w:rsidRPr="00134B4F">
        <w:rPr>
          <w:rFonts w:ascii="Times New Roman" w:hAnsi="Times New Roman" w:cs="Times New Roman"/>
          <w:color w:val="auto"/>
          <w:lang w:val="it-IT"/>
        </w:rPr>
        <w:t>(massimo 3 righe):</w:t>
      </w:r>
    </w:p>
    <w:p w14:paraId="7C79394A" w14:textId="77777777" w:rsidR="009F61D6" w:rsidRDefault="009F61D6" w:rsidP="009F61D6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16"/>
          <w:lang w:val="it-IT"/>
        </w:rPr>
      </w:pPr>
    </w:p>
    <w:p w14:paraId="481E327F" w14:textId="77777777" w:rsidR="009F61D6" w:rsidRDefault="009F61D6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6AAF5D46" w14:textId="77777777" w:rsidR="009F61D6" w:rsidRDefault="009F61D6" w:rsidP="009F61D6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16"/>
          <w:lang w:val="it-IT"/>
        </w:rPr>
      </w:pPr>
    </w:p>
    <w:p w14:paraId="0AB78781" w14:textId="77777777" w:rsidR="009F61D6" w:rsidRDefault="009F61D6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3C436D98" w14:textId="77777777" w:rsidR="009F61D6" w:rsidRDefault="009F61D6" w:rsidP="009F61D6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16"/>
          <w:lang w:val="it-IT"/>
        </w:rPr>
      </w:pPr>
    </w:p>
    <w:p w14:paraId="5AE1490F" w14:textId="77777777" w:rsidR="009F61D6" w:rsidRDefault="009F61D6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2BBD89B8" w14:textId="77777777" w:rsidR="009F61D6" w:rsidRDefault="009F61D6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2E73BBBD" w14:textId="04020355" w:rsidR="00EF2148" w:rsidRPr="009F61D6" w:rsidRDefault="009F61D6">
      <w:pPr>
        <w:rPr>
          <w:rFonts w:ascii="Times New Roman" w:hAnsi="Times New Roman" w:cs="Times New Roman"/>
          <w:color w:val="auto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it-IT"/>
        </w:rPr>
        <w:t xml:space="preserve">Ornago, lì </w:t>
      </w:r>
      <w:r w:rsidR="00760EF8" w:rsidRPr="009F61D6">
        <w:rPr>
          <w:rFonts w:ascii="Times New Roman" w:hAnsi="Times New Roman" w:cs="Times New Roman"/>
          <w:color w:val="auto"/>
          <w:sz w:val="24"/>
          <w:szCs w:val="24"/>
          <w:lang w:val="it-IT"/>
        </w:rPr>
        <w:t>______________       Firma del legale rappresentante: _______________________</w:t>
      </w:r>
    </w:p>
    <w:sectPr w:rsidR="00EF2148" w:rsidRPr="009F61D6" w:rsidSect="00034616">
      <w:headerReference w:type="default" r:id="rId8"/>
      <w:footerReference w:type="default" r:id="rId9"/>
      <w:pgSz w:w="11906" w:h="16838"/>
      <w:pgMar w:top="1162" w:right="1162" w:bottom="992" w:left="1162" w:header="38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E96A8" w14:textId="77777777" w:rsidR="00C54034" w:rsidRDefault="00C54034">
      <w:pPr>
        <w:spacing w:after="0" w:line="240" w:lineRule="auto"/>
      </w:pPr>
      <w:r>
        <w:separator/>
      </w:r>
    </w:p>
  </w:endnote>
  <w:endnote w:type="continuationSeparator" w:id="0">
    <w:p w14:paraId="441E9C74" w14:textId="77777777" w:rsidR="00C54034" w:rsidRDefault="00C54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CCCF" w14:textId="53CAE554" w:rsidR="00EF2148" w:rsidRPr="00940572" w:rsidRDefault="00760EF8">
    <w:pPr>
      <w:pStyle w:val="Pidipagina"/>
      <w:jc w:val="right"/>
      <w:rPr>
        <w:rFonts w:ascii="Times New Roman" w:hAnsi="Times New Roman" w:cs="Times New Roman"/>
        <w:color w:val="auto"/>
        <w:szCs w:val="18"/>
      </w:rPr>
    </w:pPr>
    <w:proofErr w:type="spellStart"/>
    <w:r w:rsidRPr="00940572">
      <w:rPr>
        <w:rFonts w:ascii="Times New Roman" w:hAnsi="Times New Roman" w:cs="Times New Roman"/>
        <w:color w:val="auto"/>
        <w:szCs w:val="18"/>
      </w:rPr>
      <w:t>Comune</w:t>
    </w:r>
    <w:proofErr w:type="spellEnd"/>
    <w:r w:rsidRPr="00940572">
      <w:rPr>
        <w:rFonts w:ascii="Times New Roman" w:hAnsi="Times New Roman" w:cs="Times New Roman"/>
        <w:color w:val="auto"/>
        <w:szCs w:val="18"/>
      </w:rPr>
      <w:t xml:space="preserve"> di </w:t>
    </w:r>
    <w:proofErr w:type="spellStart"/>
    <w:r w:rsidRPr="00940572">
      <w:rPr>
        <w:rFonts w:ascii="Times New Roman" w:hAnsi="Times New Roman" w:cs="Times New Roman"/>
        <w:color w:val="auto"/>
        <w:szCs w:val="18"/>
      </w:rPr>
      <w:t>Ornago</w:t>
    </w:r>
    <w:proofErr w:type="spellEnd"/>
    <w:r w:rsidRPr="00940572">
      <w:rPr>
        <w:rFonts w:ascii="Times New Roman" w:hAnsi="Times New Roman" w:cs="Times New Roman"/>
        <w:color w:val="auto"/>
        <w:szCs w:val="18"/>
      </w:rPr>
      <w:t xml:space="preserve">   ·   Bando </w:t>
    </w:r>
    <w:proofErr w:type="spellStart"/>
    <w:r w:rsidR="003E7AF3" w:rsidRPr="00940572">
      <w:rPr>
        <w:rFonts w:ascii="Times New Roman" w:hAnsi="Times New Roman" w:cs="Times New Roman"/>
        <w:color w:val="auto"/>
        <w:szCs w:val="18"/>
      </w:rPr>
      <w:t>C</w:t>
    </w:r>
    <w:r w:rsidRPr="00940572">
      <w:rPr>
        <w:rFonts w:ascii="Times New Roman" w:hAnsi="Times New Roman" w:cs="Times New Roman"/>
        <w:color w:val="auto"/>
        <w:szCs w:val="18"/>
      </w:rPr>
      <w:t>ontributi</w:t>
    </w:r>
    <w:proofErr w:type="spellEnd"/>
    <w:r w:rsidRPr="00940572">
      <w:rPr>
        <w:rFonts w:ascii="Times New Roman" w:hAnsi="Times New Roman" w:cs="Times New Roman"/>
        <w:color w:val="auto"/>
        <w:szCs w:val="18"/>
      </w:rPr>
      <w:t xml:space="preserve"> </w:t>
    </w:r>
    <w:proofErr w:type="spellStart"/>
    <w:r w:rsidR="003E7AF3" w:rsidRPr="00940572">
      <w:rPr>
        <w:rFonts w:ascii="Times New Roman" w:hAnsi="Times New Roman" w:cs="Times New Roman"/>
        <w:color w:val="auto"/>
        <w:szCs w:val="18"/>
      </w:rPr>
      <w:t>A</w:t>
    </w:r>
    <w:r w:rsidRPr="00940572">
      <w:rPr>
        <w:rFonts w:ascii="Times New Roman" w:hAnsi="Times New Roman" w:cs="Times New Roman"/>
        <w:color w:val="auto"/>
        <w:szCs w:val="18"/>
      </w:rPr>
      <w:t>ssociazioni</w:t>
    </w:r>
    <w:proofErr w:type="spellEnd"/>
    <w:r w:rsidRPr="00940572">
      <w:rPr>
        <w:rFonts w:ascii="Times New Roman" w:hAnsi="Times New Roman" w:cs="Times New Roman"/>
        <w:color w:val="auto"/>
        <w:szCs w:val="18"/>
      </w:rPr>
      <w:t xml:space="preserve"> 2026   ·   </w:t>
    </w:r>
    <w:proofErr w:type="spellStart"/>
    <w:r w:rsidRPr="00940572">
      <w:rPr>
        <w:rFonts w:ascii="Times New Roman" w:hAnsi="Times New Roman" w:cs="Times New Roman"/>
        <w:color w:val="auto"/>
        <w:szCs w:val="18"/>
      </w:rPr>
      <w:t>Pagina</w:t>
    </w:r>
    <w:proofErr w:type="spellEnd"/>
    <w:r w:rsidRPr="00940572">
      <w:rPr>
        <w:rFonts w:ascii="Times New Roman" w:hAnsi="Times New Roman" w:cs="Times New Roman"/>
        <w:color w:val="auto"/>
        <w:szCs w:val="18"/>
      </w:rPr>
      <w:t xml:space="preserve"> </w:t>
    </w:r>
    <w:r w:rsidRPr="00940572">
      <w:rPr>
        <w:rFonts w:ascii="Times New Roman" w:hAnsi="Times New Roman" w:cs="Times New Roman"/>
        <w:color w:val="auto"/>
        <w:szCs w:val="18"/>
      </w:rPr>
      <w:fldChar w:fldCharType="begin"/>
    </w:r>
    <w:r w:rsidRPr="00940572">
      <w:rPr>
        <w:rFonts w:ascii="Times New Roman" w:hAnsi="Times New Roman" w:cs="Times New Roman"/>
        <w:color w:val="auto"/>
        <w:szCs w:val="18"/>
      </w:rPr>
      <w:instrText>PAGE</w:instrText>
    </w:r>
    <w:r w:rsidRPr="00940572">
      <w:rPr>
        <w:rFonts w:ascii="Times New Roman" w:hAnsi="Times New Roman" w:cs="Times New Roman"/>
        <w:color w:val="auto"/>
        <w:szCs w:val="18"/>
      </w:rPr>
      <w:fldChar w:fldCharType="separate"/>
    </w:r>
    <w:r w:rsidR="003E7AF3" w:rsidRPr="00940572">
      <w:rPr>
        <w:rFonts w:ascii="Times New Roman" w:hAnsi="Times New Roman" w:cs="Times New Roman"/>
        <w:noProof/>
        <w:color w:val="auto"/>
        <w:szCs w:val="18"/>
      </w:rPr>
      <w:t>1</w:t>
    </w:r>
    <w:r w:rsidRPr="00940572">
      <w:rPr>
        <w:rFonts w:ascii="Times New Roman" w:hAnsi="Times New Roman" w:cs="Times New Roman"/>
        <w:color w:val="auto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AE6CD" w14:textId="77777777" w:rsidR="00C54034" w:rsidRDefault="00C54034">
      <w:pPr>
        <w:spacing w:after="0" w:line="240" w:lineRule="auto"/>
      </w:pPr>
      <w:r>
        <w:separator/>
      </w:r>
    </w:p>
  </w:footnote>
  <w:footnote w:type="continuationSeparator" w:id="0">
    <w:p w14:paraId="26B65D17" w14:textId="77777777" w:rsidR="00C54034" w:rsidRDefault="00C54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851F" w14:textId="77777777" w:rsidR="009F61D6" w:rsidRPr="003E7AF3" w:rsidRDefault="009F61D6" w:rsidP="009F61D6">
    <w:pPr>
      <w:spacing w:after="0"/>
      <w:jc w:val="center"/>
      <w:rPr>
        <w:rFonts w:ascii="Times New Roman" w:hAnsi="Times New Roman" w:cs="Times New Roman"/>
      </w:rPr>
    </w:pPr>
    <w:r w:rsidRPr="003E7AF3">
      <w:rPr>
        <w:rFonts w:ascii="Times New Roman" w:hAnsi="Times New Roman" w:cs="Times New Roman"/>
        <w:noProof/>
      </w:rPr>
      <w:drawing>
        <wp:anchor distT="0" distB="0" distL="114300" distR="114300" simplePos="0" relativeHeight="251662848" behindDoc="0" locked="0" layoutInCell="1" allowOverlap="1" wp14:anchorId="61D720C7" wp14:editId="44AD3C2F">
          <wp:simplePos x="0" y="0"/>
          <wp:positionH relativeFrom="column">
            <wp:posOffset>1962785</wp:posOffset>
          </wp:positionH>
          <wp:positionV relativeFrom="paragraph">
            <wp:posOffset>-58420</wp:posOffset>
          </wp:positionV>
          <wp:extent cx="305093" cy="381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093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7AF3">
      <w:rPr>
        <w:rFonts w:ascii="Times New Roman" w:hAnsi="Times New Roman" w:cs="Times New Roman"/>
        <w:b/>
        <w:color w:val="1A364C"/>
        <w:sz w:val="20"/>
      </w:rPr>
      <w:t>COMUNE DI ORNAGO</w:t>
    </w:r>
  </w:p>
  <w:p w14:paraId="71FAC873" w14:textId="7666D3C5" w:rsidR="00EF2148" w:rsidRPr="003E7AF3" w:rsidRDefault="009F61D6" w:rsidP="009F61D6">
    <w:pPr>
      <w:pStyle w:val="Intestazione"/>
      <w:tabs>
        <w:tab w:val="clear" w:pos="4680"/>
        <w:tab w:val="clear" w:pos="9360"/>
      </w:tabs>
      <w:jc w:val="center"/>
      <w:rPr>
        <w:rFonts w:ascii="Times New Roman" w:hAnsi="Times New Roman" w:cs="Times New Roman"/>
      </w:rPr>
    </w:pPr>
    <w:r w:rsidRPr="003E7AF3">
      <w:rPr>
        <w:rFonts w:ascii="Times New Roman" w:hAnsi="Times New Roman" w:cs="Times New Roman"/>
        <w:color w:val="5B656E"/>
        <w:sz w:val="15"/>
      </w:rPr>
      <w:t>Provincia di Monza e della Brianza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E9199B"/>
    <w:multiLevelType w:val="hybridMultilevel"/>
    <w:tmpl w:val="2BA48B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340956">
    <w:abstractNumId w:val="8"/>
  </w:num>
  <w:num w:numId="2" w16cid:durableId="568006910">
    <w:abstractNumId w:val="6"/>
  </w:num>
  <w:num w:numId="3" w16cid:durableId="1039821656">
    <w:abstractNumId w:val="5"/>
  </w:num>
  <w:num w:numId="4" w16cid:durableId="1536045725">
    <w:abstractNumId w:val="4"/>
  </w:num>
  <w:num w:numId="5" w16cid:durableId="2139757548">
    <w:abstractNumId w:val="7"/>
  </w:num>
  <w:num w:numId="6" w16cid:durableId="110639118">
    <w:abstractNumId w:val="3"/>
  </w:num>
  <w:num w:numId="7" w16cid:durableId="1950310136">
    <w:abstractNumId w:val="2"/>
  </w:num>
  <w:num w:numId="8" w16cid:durableId="130943400">
    <w:abstractNumId w:val="1"/>
  </w:num>
  <w:num w:numId="9" w16cid:durableId="1419519981">
    <w:abstractNumId w:val="0"/>
  </w:num>
  <w:num w:numId="10" w16cid:durableId="1409318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B4F"/>
    <w:rsid w:val="0015074B"/>
    <w:rsid w:val="0029639D"/>
    <w:rsid w:val="00326F90"/>
    <w:rsid w:val="0039135D"/>
    <w:rsid w:val="003E7AF3"/>
    <w:rsid w:val="00760EF8"/>
    <w:rsid w:val="00940572"/>
    <w:rsid w:val="009F61D6"/>
    <w:rsid w:val="00AA1D8D"/>
    <w:rsid w:val="00B47730"/>
    <w:rsid w:val="00C54034"/>
    <w:rsid w:val="00CB0664"/>
    <w:rsid w:val="00EF21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5376EC"/>
  <w14:defaultImageDpi w14:val="300"/>
  <w15:docId w15:val="{49226B8C-ABAB-4F22-8F68-FB218316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ptos" w:hAnsi="Aptos"/>
      <w:color w:val="1F2C36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25C7D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B6F79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A364C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Siccardi</cp:lastModifiedBy>
  <cp:revision>3</cp:revision>
  <dcterms:created xsi:type="dcterms:W3CDTF">2026-10-28T11:32:00Z</dcterms:created>
  <dcterms:modified xsi:type="dcterms:W3CDTF">2026-10-28T11:38:00Z</dcterms:modified>
  <cp:category/>
</cp:coreProperties>
</file>