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E1AD" w14:textId="77777777" w:rsidR="00B84863" w:rsidRPr="00F82135" w:rsidRDefault="00F93A47">
      <w:pPr>
        <w:spacing w:before="100" w:after="20"/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b/>
          <w:color w:val="auto"/>
          <w:sz w:val="16"/>
          <w:lang w:val="it-IT"/>
        </w:rPr>
        <w:t xml:space="preserve">ALLEGATO </w:t>
      </w:r>
      <w:proofErr w:type="gramStart"/>
      <w:r w:rsidRPr="00F82135">
        <w:rPr>
          <w:rFonts w:ascii="Times New Roman" w:hAnsi="Times New Roman" w:cs="Times New Roman"/>
          <w:b/>
          <w:color w:val="auto"/>
          <w:sz w:val="16"/>
          <w:lang w:val="it-IT"/>
        </w:rPr>
        <w:t>B  |</w:t>
      </w:r>
      <w:proofErr w:type="gramEnd"/>
      <w:r w:rsidRPr="00F82135">
        <w:rPr>
          <w:rFonts w:ascii="Times New Roman" w:hAnsi="Times New Roman" w:cs="Times New Roman"/>
          <w:b/>
          <w:color w:val="auto"/>
          <w:sz w:val="16"/>
          <w:lang w:val="it-IT"/>
        </w:rPr>
        <w:t xml:space="preserve">  DA ALLEGARE ALLA DOMANDA</w:t>
      </w:r>
    </w:p>
    <w:p w14:paraId="09CE8916" w14:textId="77777777" w:rsidR="00B84863" w:rsidRPr="00F82135" w:rsidRDefault="00F93A47">
      <w:pPr>
        <w:pStyle w:val="Titolo"/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Attività 2026 e rendicontazione</w:t>
      </w:r>
    </w:p>
    <w:p w14:paraId="536DBF4C" w14:textId="77777777" w:rsidR="00B84863" w:rsidRPr="00F82135" w:rsidRDefault="00F93A47">
      <w:pPr>
        <w:spacing w:after="220"/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Riepilogo delle iniziative svolte o programmate nell’anno 2026 e delle relative entrate e spese.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82"/>
      </w:tblGrid>
      <w:tr w:rsidR="00B84863" w:rsidRPr="00F82135" w14:paraId="159DDCA4" w14:textId="77777777">
        <w:tc>
          <w:tcPr>
            <w:tcW w:w="9582" w:type="dxa"/>
            <w:shd w:val="clear" w:color="auto" w:fill="EAF2F5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3450AA31" w14:textId="77777777" w:rsidR="00B84863" w:rsidRPr="00F82135" w:rsidRDefault="00F93A47">
            <w:pPr>
              <w:spacing w:after="2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7"/>
                <w:lang w:val="it-IT"/>
              </w:rPr>
              <w:t xml:space="preserve">REGOLA </w:t>
            </w:r>
            <w:proofErr w:type="gramStart"/>
            <w:r w:rsidRPr="00F82135">
              <w:rPr>
                <w:rFonts w:ascii="Times New Roman" w:hAnsi="Times New Roman" w:cs="Times New Roman"/>
                <w:b/>
                <w:color w:val="auto"/>
                <w:sz w:val="17"/>
                <w:lang w:val="it-IT"/>
              </w:rPr>
              <w:t xml:space="preserve">PRINCIPALE  </w:t>
            </w:r>
            <w:r w:rsidRPr="00F82135">
              <w:rPr>
                <w:rFonts w:ascii="Times New Roman" w:hAnsi="Times New Roman" w:cs="Times New Roman"/>
                <w:color w:val="auto"/>
                <w:sz w:val="17"/>
                <w:lang w:val="it-IT"/>
              </w:rPr>
              <w:t>Compilate</w:t>
            </w:r>
            <w:proofErr w:type="gramEnd"/>
            <w:r w:rsidRPr="00F82135">
              <w:rPr>
                <w:rFonts w:ascii="Times New Roman" w:hAnsi="Times New Roman" w:cs="Times New Roman"/>
                <w:color w:val="auto"/>
                <w:sz w:val="17"/>
                <w:lang w:val="it-IT"/>
              </w:rPr>
              <w:t xml:space="preserve"> separatamente gli importi già incassati o pagati e gli importi ancora previsti. Una spesa prevista non equivale a una spesa rendicontata.</w:t>
            </w:r>
          </w:p>
        </w:tc>
      </w:tr>
    </w:tbl>
    <w:p w14:paraId="642633F3" w14:textId="77777777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 xml:space="preserve">Associazione / </w:t>
      </w:r>
      <w:proofErr w:type="gramStart"/>
      <w:r w:rsidRPr="00F82135">
        <w:rPr>
          <w:rFonts w:ascii="Times New Roman" w:hAnsi="Times New Roman" w:cs="Times New Roman"/>
          <w:color w:val="auto"/>
          <w:lang w:val="it-IT"/>
        </w:rPr>
        <w:t>Comitato  _</w:t>
      </w:r>
      <w:proofErr w:type="gramEnd"/>
      <w:r w:rsidRPr="00F82135">
        <w:rPr>
          <w:rFonts w:ascii="Times New Roman" w:hAnsi="Times New Roman" w:cs="Times New Roman"/>
          <w:color w:val="auto"/>
          <w:lang w:val="it-IT"/>
        </w:rPr>
        <w:t>_________________________________________</w:t>
      </w:r>
    </w:p>
    <w:p w14:paraId="28A3F035" w14:textId="77777777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 xml:space="preserve">Codice fiscale </w:t>
      </w:r>
      <w:proofErr w:type="gramStart"/>
      <w:r w:rsidRPr="00F82135">
        <w:rPr>
          <w:rFonts w:ascii="Times New Roman" w:hAnsi="Times New Roman" w:cs="Times New Roman"/>
          <w:color w:val="auto"/>
          <w:lang w:val="it-IT"/>
        </w:rPr>
        <w:t>dell’ente  _</w:t>
      </w:r>
      <w:proofErr w:type="gramEnd"/>
      <w:r w:rsidRPr="00F82135">
        <w:rPr>
          <w:rFonts w:ascii="Times New Roman" w:hAnsi="Times New Roman" w:cs="Times New Roman"/>
          <w:color w:val="auto"/>
          <w:lang w:val="it-IT"/>
        </w:rPr>
        <w:t>_________________________________________</w:t>
      </w:r>
    </w:p>
    <w:p w14:paraId="3442EF8E" w14:textId="217FF691" w:rsidR="00B84863" w:rsidRPr="00F82135" w:rsidRDefault="00F93A47">
      <w:pPr>
        <w:pStyle w:val="Titolo1"/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 xml:space="preserve">1. </w:t>
      </w:r>
      <w:r w:rsidR="00F82135" w:rsidRPr="00F82135">
        <w:rPr>
          <w:rFonts w:ascii="Times New Roman" w:hAnsi="Times New Roman" w:cs="Times New Roman"/>
          <w:color w:val="auto"/>
          <w:lang w:val="it-IT"/>
        </w:rPr>
        <w:t>Elenco Attività svolte o da svolgere nel</w:t>
      </w:r>
      <w:r w:rsidRPr="00F82135">
        <w:rPr>
          <w:rFonts w:ascii="Times New Roman" w:hAnsi="Times New Roman" w:cs="Times New Roman"/>
          <w:color w:val="auto"/>
          <w:lang w:val="it-IT"/>
        </w:rPr>
        <w:t xml:space="preserve"> 2026</w:t>
      </w:r>
    </w:p>
    <w:p w14:paraId="06ECED50" w14:textId="4522EDDF" w:rsidR="00B84863" w:rsidRPr="00F82135" w:rsidRDefault="00B84863">
      <w:pPr>
        <w:rPr>
          <w:rFonts w:ascii="Times New Roman" w:hAnsi="Times New Roman" w:cs="Times New Roman"/>
          <w:color w:val="auto"/>
          <w:lang w:val="it-IT"/>
        </w:rPr>
      </w:pPr>
    </w:p>
    <w:tbl>
      <w:tblPr>
        <w:tblW w:w="10709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4678"/>
        <w:gridCol w:w="1538"/>
        <w:gridCol w:w="1916"/>
        <w:gridCol w:w="2013"/>
      </w:tblGrid>
      <w:tr w:rsidR="00B84863" w:rsidRPr="00F82135" w14:paraId="0B7D2838" w14:textId="77777777" w:rsidTr="00F82135">
        <w:trPr>
          <w:tblHeader/>
          <w:jc w:val="center"/>
        </w:trPr>
        <w:tc>
          <w:tcPr>
            <w:tcW w:w="56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A58B78E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N.</w:t>
            </w:r>
          </w:p>
        </w:tc>
        <w:tc>
          <w:tcPr>
            <w:tcW w:w="467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886A3D8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Iniziativa e breve descrizione</w:t>
            </w:r>
          </w:p>
        </w:tc>
        <w:tc>
          <w:tcPr>
            <w:tcW w:w="153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0486677" w14:textId="3C61A2F4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 xml:space="preserve">Periodo </w:t>
            </w:r>
            <w:r w:rsidR="00F82135"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e</w:t>
            </w: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 xml:space="preserve"> luogo</w:t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48FCAA2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Destinatari o partecipanti</w:t>
            </w:r>
          </w:p>
        </w:tc>
        <w:tc>
          <w:tcPr>
            <w:tcW w:w="201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B5D75CE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Stato</w:t>
            </w:r>
          </w:p>
        </w:tc>
      </w:tr>
      <w:tr w:rsidR="00B84863" w:rsidRPr="00F82135" w14:paraId="56E85627" w14:textId="77777777" w:rsidTr="00F82135">
        <w:trPr>
          <w:jc w:val="center"/>
        </w:trPr>
        <w:tc>
          <w:tcPr>
            <w:tcW w:w="56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7CB1A7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1</w:t>
            </w:r>
          </w:p>
        </w:tc>
        <w:tc>
          <w:tcPr>
            <w:tcW w:w="467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B82E2E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3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9D084BD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F80FAF6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201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22880F7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□ Svolta</w:t>
            </w: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  <w:t>□ Da svolgere</w:t>
            </w:r>
          </w:p>
        </w:tc>
      </w:tr>
      <w:tr w:rsidR="00B84863" w:rsidRPr="00F82135" w14:paraId="505E7C36" w14:textId="77777777" w:rsidTr="00F82135">
        <w:trPr>
          <w:jc w:val="center"/>
        </w:trPr>
        <w:tc>
          <w:tcPr>
            <w:tcW w:w="56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A3DE884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2</w:t>
            </w:r>
          </w:p>
        </w:tc>
        <w:tc>
          <w:tcPr>
            <w:tcW w:w="467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40DDB55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3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2A41B61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BB275D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201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E1ED6F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□ Svolta</w:t>
            </w: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  <w:t>□ Da svolgere</w:t>
            </w:r>
          </w:p>
        </w:tc>
      </w:tr>
      <w:tr w:rsidR="00B84863" w:rsidRPr="00F82135" w14:paraId="295F0FAD" w14:textId="77777777" w:rsidTr="00F82135">
        <w:trPr>
          <w:jc w:val="center"/>
        </w:trPr>
        <w:tc>
          <w:tcPr>
            <w:tcW w:w="56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3D008FF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3</w:t>
            </w:r>
          </w:p>
        </w:tc>
        <w:tc>
          <w:tcPr>
            <w:tcW w:w="467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EF5EF42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3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BE8A1E6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697D62F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201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A00BCFE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□ Svolta</w:t>
            </w: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  <w:t>□ Da svolgere</w:t>
            </w:r>
          </w:p>
        </w:tc>
      </w:tr>
      <w:tr w:rsidR="00B84863" w:rsidRPr="00F82135" w14:paraId="2692D1EB" w14:textId="77777777" w:rsidTr="00F82135">
        <w:trPr>
          <w:jc w:val="center"/>
        </w:trPr>
        <w:tc>
          <w:tcPr>
            <w:tcW w:w="56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E92A8D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4</w:t>
            </w:r>
          </w:p>
        </w:tc>
        <w:tc>
          <w:tcPr>
            <w:tcW w:w="467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21240BC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3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14A3A25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7A59313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201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60846DA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□ Svolta</w:t>
            </w: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  <w:t>□ Da svolgere</w:t>
            </w:r>
          </w:p>
        </w:tc>
      </w:tr>
      <w:tr w:rsidR="00B84863" w:rsidRPr="00F82135" w14:paraId="43802FBA" w14:textId="77777777" w:rsidTr="00F82135">
        <w:trPr>
          <w:jc w:val="center"/>
        </w:trPr>
        <w:tc>
          <w:tcPr>
            <w:tcW w:w="56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8BEB1A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5</w:t>
            </w:r>
          </w:p>
        </w:tc>
        <w:tc>
          <w:tcPr>
            <w:tcW w:w="467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7C73045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53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938927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A017EF4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</w:r>
          </w:p>
        </w:tc>
        <w:tc>
          <w:tcPr>
            <w:tcW w:w="2013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6700BC3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□ Svolta</w:t>
            </w: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br/>
              <w:t>□ Da svolgere</w:t>
            </w:r>
          </w:p>
        </w:tc>
      </w:tr>
    </w:tbl>
    <w:p w14:paraId="27B3BE06" w14:textId="77777777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sz w:val="16"/>
          <w:lang w:val="it-IT"/>
        </w:rPr>
        <w:t>Per più di cinque attività, allegare un elenco aggiuntivo analogo. Per le attività non concluse, indicare il risultato atteso.</w:t>
      </w:r>
    </w:p>
    <w:p w14:paraId="358DC2A6" w14:textId="77777777" w:rsidR="00B84863" w:rsidRPr="00F82135" w:rsidRDefault="00F93A47">
      <w:pPr>
        <w:pStyle w:val="Titolo1"/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2. Riepilogo delle ENTRATE collegate alle attività 2026</w:t>
      </w:r>
    </w:p>
    <w:p w14:paraId="1A71254F" w14:textId="77777777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Riportare le entrate delle iniziative (non il totale di tutti i movimenti dell’associazione).</w:t>
      </w: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4786"/>
        <w:gridCol w:w="2710"/>
        <w:gridCol w:w="2710"/>
      </w:tblGrid>
      <w:tr w:rsidR="00B84863" w:rsidRPr="00F82135" w14:paraId="317447D8" w14:textId="77777777" w:rsidTr="00F82135">
        <w:trPr>
          <w:tblHeader/>
          <w:jc w:val="center"/>
        </w:trPr>
        <w:tc>
          <w:tcPr>
            <w:tcW w:w="319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1B11AB9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Tipo di entrata</w:t>
            </w:r>
          </w:p>
        </w:tc>
        <w:tc>
          <w:tcPr>
            <w:tcW w:w="319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25AE894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Già incassate (€)</w:t>
            </w:r>
          </w:p>
        </w:tc>
        <w:tc>
          <w:tcPr>
            <w:tcW w:w="319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499202D" w14:textId="71F1E162" w:rsidR="00B84863" w:rsidRPr="00F82135" w:rsidRDefault="00F82135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 xml:space="preserve">Previste </w:t>
            </w:r>
            <w:r w:rsidR="00F93A47" w:rsidRPr="00F82135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(€)</w:t>
            </w:r>
          </w:p>
        </w:tc>
      </w:tr>
      <w:tr w:rsidR="00B84863" w:rsidRPr="00F82135" w14:paraId="67B195E9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4F4F239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Quote di partecipazione / biglietti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3FD5CDB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9E029D5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6298D16B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D0FB11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Contributi di altri enti pubblici o privati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63C7279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80067BF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3786CE6F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BA6D735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Sponsorizzazioni / donazioni legate alle iniziative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A9ABDDB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D725DD7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6BD7EDA5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9AA3D2F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Altre entrate (specificare)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FA0B25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D8A4076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1865286D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5C4B9AB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TOTALE ENTRATE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713B028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959E2F8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</w:tbl>
    <w:p w14:paraId="73256937" w14:textId="67605D71" w:rsidR="00B84863" w:rsidRPr="00F82135" w:rsidRDefault="00F93A47">
      <w:pPr>
        <w:pStyle w:val="Titolo1"/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3. Riepilogo delle SPESE collegate alle attività 2026</w:t>
      </w: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4786"/>
        <w:gridCol w:w="2710"/>
        <w:gridCol w:w="2710"/>
      </w:tblGrid>
      <w:tr w:rsidR="00B84863" w:rsidRPr="00F82135" w14:paraId="781ED43F" w14:textId="77777777" w:rsidTr="00F82135">
        <w:trPr>
          <w:tblHeader/>
          <w:jc w:val="center"/>
        </w:trPr>
        <w:tc>
          <w:tcPr>
            <w:tcW w:w="319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D4265BA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Tipo di spesa</w:t>
            </w:r>
          </w:p>
        </w:tc>
        <w:tc>
          <w:tcPr>
            <w:tcW w:w="319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7458F6C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Già sostenute (€)</w:t>
            </w:r>
          </w:p>
        </w:tc>
        <w:tc>
          <w:tcPr>
            <w:tcW w:w="319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29C1001" w14:textId="208021DE" w:rsidR="00B84863" w:rsidRPr="00F82135" w:rsidRDefault="00F82135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>Previste</w:t>
            </w:r>
            <w:r w:rsidR="00F93A47" w:rsidRPr="00F82135">
              <w:rPr>
                <w:rFonts w:ascii="Times New Roman" w:hAnsi="Times New Roman" w:cs="Times New Roman"/>
                <w:b/>
                <w:color w:val="auto"/>
                <w:sz w:val="16"/>
                <w:lang w:val="it-IT"/>
              </w:rPr>
              <w:t xml:space="preserve"> (€)</w:t>
            </w:r>
          </w:p>
        </w:tc>
      </w:tr>
      <w:tr w:rsidR="00B84863" w:rsidRPr="00F82135" w14:paraId="7DAEA313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1C16594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Acquisto di materiali, beni e servizi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362BFCD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E64D790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3C56C84E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FB3022B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Prestazioni e servizi di fornitori esterni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167059D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4F1147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5065E01A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4F32C6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Noleggio di spazi / attrezzature di terzi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15BB8FC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6D47A54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7CEE5538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531B63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Altre spese (descrivere, se ammissibili)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24E8BEA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A5A8006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3E65B581" w14:textId="77777777" w:rsidTr="00F82135">
        <w:trPr>
          <w:jc w:val="center"/>
        </w:trPr>
        <w:tc>
          <w:tcPr>
            <w:tcW w:w="5669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484D0A" w14:textId="77777777" w:rsidR="00B84863" w:rsidRPr="00F82135" w:rsidRDefault="00F93A47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color w:val="auto"/>
                <w:sz w:val="16"/>
                <w:lang w:val="it-IT"/>
              </w:rPr>
              <w:t>TOTALE SPESE</w:t>
            </w: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6C050AD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928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AE3C0BB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</w:tbl>
    <w:p w14:paraId="5EF0DB2C" w14:textId="77777777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sz w:val="16"/>
          <w:lang w:val="it-IT"/>
        </w:rPr>
        <w:t>Spese e IVA: indicare l’importo effettivamente a carico dell’associazione, evitando di conteggiare due volte lo stesso costo. La valutazione di ammissibilità compete agli uffici secondo il bando e il regolamento comunale.</w:t>
      </w:r>
    </w:p>
    <w:p w14:paraId="5915017F" w14:textId="77777777" w:rsidR="00B84863" w:rsidRPr="00F82135" w:rsidRDefault="00F93A47">
      <w:pPr>
        <w:pStyle w:val="Titolo1"/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lastRenderedPageBreak/>
        <w:t>4. Elenco dei documenti di spesa già sostenuta</w:t>
      </w:r>
    </w:p>
    <w:p w14:paraId="15E74F2A" w14:textId="6EA016B1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 xml:space="preserve">Inserire una riga per ciascuna fattura, ricevuta o altro documento giustificativo. Allegare copia leggibile dei documenti indicati.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16"/>
        <w:gridCol w:w="3005"/>
        <w:gridCol w:w="2211"/>
        <w:gridCol w:w="1916"/>
        <w:gridCol w:w="2324"/>
      </w:tblGrid>
      <w:tr w:rsidR="00B84863" w:rsidRPr="00F82135" w14:paraId="7BF7702B" w14:textId="77777777">
        <w:trPr>
          <w:tblHeader/>
          <w:jc w:val="center"/>
        </w:trPr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5D4B28E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Att. n.</w:t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BD2E98C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Fornitore e cosa è stato acquistato</w:t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5567248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Documento n. e data</w:t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06B0680" w14:textId="77777777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Importo (€)</w:t>
            </w:r>
          </w:p>
        </w:tc>
        <w:tc>
          <w:tcPr>
            <w:tcW w:w="1916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shd w:val="clear" w:color="auto" w:fill="EAF2F5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4E54E3D" w14:textId="0E93645D" w:rsidR="00B84863" w:rsidRPr="00F82135" w:rsidRDefault="00F93A47" w:rsidP="00F82135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lang w:val="it-IT"/>
              </w:rPr>
            </w:pPr>
            <w:r w:rsidRPr="00F82135">
              <w:rPr>
                <w:rFonts w:ascii="Times New Roman" w:hAnsi="Times New Roman" w:cs="Times New Roman"/>
                <w:b/>
                <w:color w:val="auto"/>
                <w:sz w:val="15"/>
                <w:lang w:val="it-IT"/>
              </w:rPr>
              <w:t>Data / mezzo pagamento</w:t>
            </w:r>
          </w:p>
        </w:tc>
      </w:tr>
      <w:tr w:rsidR="00B84863" w:rsidRPr="00F82135" w14:paraId="32F6250F" w14:textId="77777777">
        <w:trPr>
          <w:jc w:val="center"/>
        </w:trPr>
        <w:tc>
          <w:tcPr>
            <w:tcW w:w="652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E97250B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3005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77507E9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21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FBD6B96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3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0D50938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7CF9E3C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6F0F2A5F" w14:textId="77777777">
        <w:trPr>
          <w:jc w:val="center"/>
        </w:trPr>
        <w:tc>
          <w:tcPr>
            <w:tcW w:w="652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7F8924F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3005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119CB8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21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CB60546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3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DF544BE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55AFFAB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75C5EF48" w14:textId="77777777">
        <w:trPr>
          <w:jc w:val="center"/>
        </w:trPr>
        <w:tc>
          <w:tcPr>
            <w:tcW w:w="652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3D963E4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3005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5D9F287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21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539F093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3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ACEEE7A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F9F8535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59014A18" w14:textId="77777777">
        <w:trPr>
          <w:jc w:val="center"/>
        </w:trPr>
        <w:tc>
          <w:tcPr>
            <w:tcW w:w="652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579A3BA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3005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68AF919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21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C832ED0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3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FA7CFA2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3D54D3E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17C5FC6F" w14:textId="77777777">
        <w:trPr>
          <w:jc w:val="center"/>
        </w:trPr>
        <w:tc>
          <w:tcPr>
            <w:tcW w:w="652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845D40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3005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DFA349E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21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2C17F78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3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443F1FD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DA7571D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1F2FBA87" w14:textId="77777777">
        <w:trPr>
          <w:jc w:val="center"/>
        </w:trPr>
        <w:tc>
          <w:tcPr>
            <w:tcW w:w="652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71DC68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3005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8215075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21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11867B5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3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04F3E01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B0A8F7E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3ACEFE23" w14:textId="77777777">
        <w:trPr>
          <w:jc w:val="center"/>
        </w:trPr>
        <w:tc>
          <w:tcPr>
            <w:tcW w:w="652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5139A26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3005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0D53C2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21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6531CE9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3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D88CB8B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3F5767A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  <w:tr w:rsidR="00B84863" w:rsidRPr="00F82135" w14:paraId="60481814" w14:textId="77777777">
        <w:trPr>
          <w:jc w:val="center"/>
        </w:trPr>
        <w:tc>
          <w:tcPr>
            <w:tcW w:w="652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F85A0F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3005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FA3C705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211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16CEED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130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B0D3836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  <w:tc>
          <w:tcPr>
            <w:tcW w:w="2324" w:type="dxa"/>
            <w:tcBorders>
              <w:top w:val="single" w:sz="5" w:space="0" w:color="D3DEE4"/>
              <w:left w:val="single" w:sz="5" w:space="0" w:color="D3DEE4"/>
              <w:bottom w:val="single" w:sz="5" w:space="0" w:color="D3DEE4"/>
              <w:right w:val="single" w:sz="5" w:space="0" w:color="D3DEE4"/>
            </w:tcBorders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532287D" w14:textId="77777777" w:rsidR="00B84863" w:rsidRPr="00F82135" w:rsidRDefault="00B84863">
            <w:pPr>
              <w:spacing w:after="0"/>
              <w:rPr>
                <w:rFonts w:ascii="Times New Roman" w:hAnsi="Times New Roman" w:cs="Times New Roman"/>
                <w:color w:val="auto"/>
                <w:lang w:val="it-IT"/>
              </w:rPr>
            </w:pPr>
          </w:p>
        </w:tc>
      </w:tr>
    </w:tbl>
    <w:p w14:paraId="0DFB0C04" w14:textId="77777777" w:rsidR="00F82135" w:rsidRDefault="00F82135">
      <w:pPr>
        <w:pStyle w:val="Titolo2"/>
        <w:rPr>
          <w:rFonts w:ascii="Times New Roman" w:hAnsi="Times New Roman" w:cs="Times New Roman"/>
          <w:color w:val="auto"/>
          <w:lang w:val="it-IT"/>
        </w:rPr>
      </w:pPr>
    </w:p>
    <w:p w14:paraId="05D139AC" w14:textId="43898689" w:rsidR="00B84863" w:rsidRPr="00F82135" w:rsidRDefault="00F93A47">
      <w:pPr>
        <w:pStyle w:val="Titolo2"/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Controllo finale (prima di inviare la domanda)</w:t>
      </w:r>
    </w:p>
    <w:p w14:paraId="469E2FDC" w14:textId="77777777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□ Gli importi delle spese già sostenute nella sezione 3 corrispondono all’elenco dei documenti della sezione 4.</w:t>
      </w:r>
    </w:p>
    <w:p w14:paraId="3D9EE37D" w14:textId="5BE1FC54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 xml:space="preserve">□ </w:t>
      </w:r>
      <w:r w:rsidR="00F82135">
        <w:rPr>
          <w:rFonts w:ascii="Times New Roman" w:hAnsi="Times New Roman" w:cs="Times New Roman"/>
          <w:color w:val="auto"/>
          <w:lang w:val="it-IT"/>
        </w:rPr>
        <w:t>Sono stati indicate</w:t>
      </w:r>
      <w:r w:rsidRPr="00F82135">
        <w:rPr>
          <w:rFonts w:ascii="Times New Roman" w:hAnsi="Times New Roman" w:cs="Times New Roman"/>
          <w:color w:val="auto"/>
          <w:lang w:val="it-IT"/>
        </w:rPr>
        <w:t xml:space="preserve"> le eventuali entrate e gli altri contributi relativi alle stesse iniziative.</w:t>
      </w:r>
    </w:p>
    <w:p w14:paraId="138A00B7" w14:textId="77777777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□ Non ho inserito preventivi tra le spese effettivamente sostenute.</w:t>
      </w:r>
    </w:p>
    <w:p w14:paraId="2E4939A0" w14:textId="079A0E31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sz w:val="16"/>
          <w:lang w:val="it-IT"/>
        </w:rPr>
        <w:t>.</w:t>
      </w:r>
    </w:p>
    <w:p w14:paraId="4A34801F" w14:textId="77777777" w:rsidR="00B84863" w:rsidRPr="00F82135" w:rsidRDefault="00F93A47">
      <w:pPr>
        <w:pStyle w:val="Titolo2"/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Dichiarazione del legale rappresentante</w:t>
      </w:r>
    </w:p>
    <w:p w14:paraId="5B240CA9" w14:textId="77777777" w:rsidR="00B84863" w:rsidRPr="00F82135" w:rsidRDefault="00F93A47">
      <w:pPr>
        <w:rPr>
          <w:rFonts w:ascii="Times New Roman" w:hAnsi="Times New Roman" w:cs="Times New Roman"/>
          <w:color w:val="auto"/>
          <w:lang w:val="it-IT"/>
        </w:rPr>
      </w:pPr>
      <w:r w:rsidRPr="00F82135">
        <w:rPr>
          <w:rFonts w:ascii="Times New Roman" w:hAnsi="Times New Roman" w:cs="Times New Roman"/>
          <w:color w:val="auto"/>
          <w:lang w:val="it-IT"/>
        </w:rPr>
        <w:t>Dichiaro, per quanto a mia conoscenza, che le attività e gli importi riportati sono veritieri e riferiti alle iniziative dell’anno 2026. Mi impegno a comunicare eventuali variazioni rilevanti e, se richiesto secondo le condizioni del bando, a integrare i giustificativi per le attività non ancora concluse.</w:t>
      </w:r>
    </w:p>
    <w:p w14:paraId="1166514E" w14:textId="77777777" w:rsidR="00F82135" w:rsidRDefault="00F82135">
      <w:pPr>
        <w:rPr>
          <w:rFonts w:ascii="Times New Roman" w:hAnsi="Times New Roman" w:cs="Times New Roman"/>
          <w:color w:val="auto"/>
          <w:sz w:val="16"/>
          <w:lang w:val="it-IT"/>
        </w:rPr>
      </w:pPr>
    </w:p>
    <w:p w14:paraId="33FC2BD0" w14:textId="77777777" w:rsidR="00F82135" w:rsidRDefault="00F82135">
      <w:pPr>
        <w:rPr>
          <w:rFonts w:ascii="Times New Roman" w:hAnsi="Times New Roman" w:cs="Times New Roman"/>
          <w:color w:val="auto"/>
          <w:sz w:val="16"/>
          <w:lang w:val="it-IT"/>
        </w:rPr>
      </w:pPr>
    </w:p>
    <w:p w14:paraId="1106A2B6" w14:textId="7B76321E" w:rsidR="00B84863" w:rsidRPr="00F82135" w:rsidRDefault="00F82135">
      <w:pPr>
        <w:rPr>
          <w:rFonts w:ascii="Times New Roman" w:hAnsi="Times New Roman" w:cs="Times New Roman"/>
          <w:color w:val="auto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it-IT"/>
        </w:rPr>
        <w:t>Ornago, lì</w:t>
      </w:r>
      <w:r w:rsidR="00F93A47" w:rsidRPr="00F82135">
        <w:rPr>
          <w:rFonts w:ascii="Times New Roman" w:hAnsi="Times New Roman" w:cs="Times New Roman"/>
          <w:color w:val="auto"/>
          <w:sz w:val="24"/>
          <w:szCs w:val="24"/>
          <w:lang w:val="it-IT"/>
        </w:rPr>
        <w:t>: ______________</w:t>
      </w:r>
      <w:r w:rsidR="00F93A47" w:rsidRPr="00F82135">
        <w:rPr>
          <w:rFonts w:ascii="Times New Roman" w:hAnsi="Times New Roman" w:cs="Times New Roman"/>
          <w:color w:val="auto"/>
          <w:sz w:val="24"/>
          <w:szCs w:val="24"/>
          <w:lang w:val="it-IT"/>
        </w:rPr>
        <w:t xml:space="preserve">     Firma del legale rappresentante: __________________________</w:t>
      </w:r>
    </w:p>
    <w:sectPr w:rsidR="00B84863" w:rsidRPr="00F82135" w:rsidSect="00034616">
      <w:headerReference w:type="default" r:id="rId8"/>
      <w:footerReference w:type="default" r:id="rId9"/>
      <w:pgSz w:w="11906" w:h="16838"/>
      <w:pgMar w:top="1162" w:right="1162" w:bottom="992" w:left="1162" w:header="38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26129" w14:textId="77777777" w:rsidR="00F93A47" w:rsidRDefault="00F93A47">
      <w:pPr>
        <w:spacing w:after="0" w:line="240" w:lineRule="auto"/>
      </w:pPr>
      <w:r>
        <w:separator/>
      </w:r>
    </w:p>
  </w:endnote>
  <w:endnote w:type="continuationSeparator" w:id="0">
    <w:p w14:paraId="1FD37005" w14:textId="77777777" w:rsidR="00F93A47" w:rsidRDefault="00F93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73FDB" w14:textId="77777777" w:rsidR="00B84863" w:rsidRPr="00F82135" w:rsidRDefault="00F93A47">
    <w:pPr>
      <w:pStyle w:val="Pidipagina"/>
      <w:jc w:val="right"/>
      <w:rPr>
        <w:rFonts w:ascii="Times New Roman" w:hAnsi="Times New Roman" w:cs="Times New Roman"/>
        <w:szCs w:val="18"/>
      </w:rPr>
    </w:pPr>
    <w:proofErr w:type="spellStart"/>
    <w:r w:rsidRPr="00F82135">
      <w:rPr>
        <w:rFonts w:ascii="Times New Roman" w:hAnsi="Times New Roman" w:cs="Times New Roman"/>
        <w:color w:val="5B656E"/>
        <w:szCs w:val="18"/>
      </w:rPr>
      <w:t>Comune</w:t>
    </w:r>
    <w:proofErr w:type="spellEnd"/>
    <w:r w:rsidRPr="00F82135">
      <w:rPr>
        <w:rFonts w:ascii="Times New Roman" w:hAnsi="Times New Roman" w:cs="Times New Roman"/>
        <w:color w:val="5B656E"/>
        <w:szCs w:val="18"/>
      </w:rPr>
      <w:t xml:space="preserve"> di </w:t>
    </w:r>
    <w:proofErr w:type="spellStart"/>
    <w:r w:rsidRPr="00F82135">
      <w:rPr>
        <w:rFonts w:ascii="Times New Roman" w:hAnsi="Times New Roman" w:cs="Times New Roman"/>
        <w:color w:val="5B656E"/>
        <w:szCs w:val="18"/>
      </w:rPr>
      <w:t>Ornago</w:t>
    </w:r>
    <w:proofErr w:type="spellEnd"/>
    <w:r w:rsidRPr="00F82135">
      <w:rPr>
        <w:rFonts w:ascii="Times New Roman" w:hAnsi="Times New Roman" w:cs="Times New Roman"/>
        <w:color w:val="5B656E"/>
        <w:szCs w:val="18"/>
      </w:rPr>
      <w:t xml:space="preserve">   ·   Bando </w:t>
    </w:r>
    <w:proofErr w:type="spellStart"/>
    <w:r w:rsidRPr="00F82135">
      <w:rPr>
        <w:rFonts w:ascii="Times New Roman" w:hAnsi="Times New Roman" w:cs="Times New Roman"/>
        <w:color w:val="5B656E"/>
        <w:szCs w:val="18"/>
      </w:rPr>
      <w:t>contributi</w:t>
    </w:r>
    <w:proofErr w:type="spellEnd"/>
    <w:r w:rsidRPr="00F82135">
      <w:rPr>
        <w:rFonts w:ascii="Times New Roman" w:hAnsi="Times New Roman" w:cs="Times New Roman"/>
        <w:color w:val="5B656E"/>
        <w:szCs w:val="18"/>
      </w:rPr>
      <w:t xml:space="preserve"> </w:t>
    </w:r>
    <w:proofErr w:type="spellStart"/>
    <w:r w:rsidRPr="00F82135">
      <w:rPr>
        <w:rFonts w:ascii="Times New Roman" w:hAnsi="Times New Roman" w:cs="Times New Roman"/>
        <w:color w:val="5B656E"/>
        <w:szCs w:val="18"/>
      </w:rPr>
      <w:t>associazioni</w:t>
    </w:r>
    <w:proofErr w:type="spellEnd"/>
    <w:r w:rsidRPr="00F82135">
      <w:rPr>
        <w:rFonts w:ascii="Times New Roman" w:hAnsi="Times New Roman" w:cs="Times New Roman"/>
        <w:color w:val="5B656E"/>
        <w:szCs w:val="18"/>
      </w:rPr>
      <w:t xml:space="preserve"> 2026   ·   </w:t>
    </w:r>
    <w:proofErr w:type="spellStart"/>
    <w:r w:rsidRPr="00F82135">
      <w:rPr>
        <w:rFonts w:ascii="Times New Roman" w:hAnsi="Times New Roman" w:cs="Times New Roman"/>
        <w:color w:val="5B656E"/>
        <w:szCs w:val="18"/>
      </w:rPr>
      <w:t>Pagina</w:t>
    </w:r>
    <w:proofErr w:type="spellEnd"/>
    <w:r w:rsidRPr="00F82135">
      <w:rPr>
        <w:rFonts w:ascii="Times New Roman" w:hAnsi="Times New Roman" w:cs="Times New Roman"/>
        <w:color w:val="5B656E"/>
        <w:szCs w:val="18"/>
      </w:rPr>
      <w:t xml:space="preserve"> </w:t>
    </w:r>
    <w:r w:rsidRPr="00F82135">
      <w:rPr>
        <w:rFonts w:ascii="Times New Roman" w:hAnsi="Times New Roman" w:cs="Times New Roman"/>
        <w:szCs w:val="18"/>
      </w:rPr>
      <w:fldChar w:fldCharType="begin"/>
    </w:r>
    <w:r w:rsidRPr="00F82135">
      <w:rPr>
        <w:rFonts w:ascii="Times New Roman" w:hAnsi="Times New Roman" w:cs="Times New Roman"/>
        <w:szCs w:val="18"/>
      </w:rPr>
      <w:instrText>PAGE</w:instrText>
    </w:r>
    <w:r w:rsidRPr="00F82135">
      <w:rPr>
        <w:rFonts w:ascii="Times New Roman" w:hAnsi="Times New Roman" w:cs="Times New Roman"/>
        <w:szCs w:val="18"/>
      </w:rPr>
      <w:fldChar w:fldCharType="separate"/>
    </w:r>
    <w:r w:rsidR="00F82135" w:rsidRPr="00F82135">
      <w:rPr>
        <w:rFonts w:ascii="Times New Roman" w:hAnsi="Times New Roman" w:cs="Times New Roman"/>
        <w:noProof/>
        <w:szCs w:val="18"/>
      </w:rPr>
      <w:t>1</w:t>
    </w:r>
    <w:r w:rsidRPr="00F82135">
      <w:rPr>
        <w:rFonts w:ascii="Times New Roman" w:hAnsi="Times New Roman" w:cs="Times New Roman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F4FF2" w14:textId="77777777" w:rsidR="00F93A47" w:rsidRDefault="00F93A47">
      <w:pPr>
        <w:spacing w:after="0" w:line="240" w:lineRule="auto"/>
      </w:pPr>
      <w:r>
        <w:separator/>
      </w:r>
    </w:p>
  </w:footnote>
  <w:footnote w:type="continuationSeparator" w:id="0">
    <w:p w14:paraId="5C4A88ED" w14:textId="77777777" w:rsidR="00F93A47" w:rsidRDefault="00F93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85328" w14:textId="1209D756" w:rsidR="00F82135" w:rsidRPr="00F82135" w:rsidRDefault="00F82135" w:rsidP="00F82135">
    <w:pPr>
      <w:spacing w:after="0"/>
      <w:jc w:val="center"/>
      <w:rPr>
        <w:rFonts w:ascii="Times New Roman" w:hAnsi="Times New Roman" w:cs="Times New Roman"/>
      </w:rPr>
    </w:pPr>
    <w:r w:rsidRPr="00F82135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allowOverlap="1" wp14:anchorId="3F0B233E" wp14:editId="3DB5E5B6">
          <wp:simplePos x="0" y="0"/>
          <wp:positionH relativeFrom="column">
            <wp:posOffset>2005330</wp:posOffset>
          </wp:positionH>
          <wp:positionV relativeFrom="paragraph">
            <wp:posOffset>-64135</wp:posOffset>
          </wp:positionV>
          <wp:extent cx="305093" cy="3816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lema_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5093" cy="3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2135">
      <w:rPr>
        <w:rFonts w:ascii="Times New Roman" w:hAnsi="Times New Roman" w:cs="Times New Roman"/>
        <w:b/>
        <w:color w:val="1A364C"/>
        <w:sz w:val="20"/>
      </w:rPr>
      <w:t>COMUNE DI ORNAGO</w:t>
    </w:r>
  </w:p>
  <w:p w14:paraId="7C67BEAE" w14:textId="4378F2DD" w:rsidR="00B84863" w:rsidRPr="00F82135" w:rsidRDefault="00F82135" w:rsidP="00F82135">
    <w:pPr>
      <w:pStyle w:val="Intestazione"/>
      <w:tabs>
        <w:tab w:val="clear" w:pos="4680"/>
        <w:tab w:val="clear" w:pos="9360"/>
      </w:tabs>
      <w:jc w:val="center"/>
      <w:rPr>
        <w:rFonts w:ascii="Times New Roman" w:hAnsi="Times New Roman" w:cs="Times New Roman"/>
      </w:rPr>
    </w:pPr>
    <w:r w:rsidRPr="00F82135">
      <w:rPr>
        <w:rFonts w:ascii="Times New Roman" w:hAnsi="Times New Roman" w:cs="Times New Roman"/>
        <w:color w:val="5B656E"/>
        <w:sz w:val="15"/>
      </w:rPr>
      <w:t xml:space="preserve">Provincia di Monza e della Brianza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1955889">
    <w:abstractNumId w:val="8"/>
  </w:num>
  <w:num w:numId="2" w16cid:durableId="1731422098">
    <w:abstractNumId w:val="6"/>
  </w:num>
  <w:num w:numId="3" w16cid:durableId="2035572706">
    <w:abstractNumId w:val="5"/>
  </w:num>
  <w:num w:numId="4" w16cid:durableId="655769420">
    <w:abstractNumId w:val="4"/>
  </w:num>
  <w:num w:numId="5" w16cid:durableId="1227449439">
    <w:abstractNumId w:val="7"/>
  </w:num>
  <w:num w:numId="6" w16cid:durableId="1030493213">
    <w:abstractNumId w:val="3"/>
  </w:num>
  <w:num w:numId="7" w16cid:durableId="1445343945">
    <w:abstractNumId w:val="2"/>
  </w:num>
  <w:num w:numId="8" w16cid:durableId="1981232332">
    <w:abstractNumId w:val="1"/>
  </w:num>
  <w:num w:numId="9" w16cid:durableId="184563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5D3F"/>
    <w:rsid w:val="0015074B"/>
    <w:rsid w:val="0029639D"/>
    <w:rsid w:val="00326F90"/>
    <w:rsid w:val="0039135D"/>
    <w:rsid w:val="00AA1D8D"/>
    <w:rsid w:val="00B47730"/>
    <w:rsid w:val="00B84863"/>
    <w:rsid w:val="00CB0664"/>
    <w:rsid w:val="00F82135"/>
    <w:rsid w:val="00F93A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3DC3EC"/>
  <w14:defaultImageDpi w14:val="300"/>
  <w15:docId w15:val="{49226B8C-ABAB-4F22-8F68-FB218316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ptos" w:hAnsi="Aptos"/>
      <w:color w:val="1F2C36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25C7D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B6F79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A364C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 Siccardi</cp:lastModifiedBy>
  <cp:revision>2</cp:revision>
  <dcterms:created xsi:type="dcterms:W3CDTF">2026-10-28T12:57:00Z</dcterms:created>
  <dcterms:modified xsi:type="dcterms:W3CDTF">2026-10-28T12:57:00Z</dcterms:modified>
  <cp:category/>
</cp:coreProperties>
</file>